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6930"/>
        <w:gridCol w:w="1922"/>
      </w:tblGrid>
      <w:tr w:rsidR="006B75C4" w:rsidRPr="006B75C4" w:rsidTr="00230555">
        <w:tc>
          <w:tcPr>
            <w:tcW w:w="1728" w:type="dxa"/>
          </w:tcPr>
          <w:p w:rsidR="006B75C4" w:rsidRPr="006B75C4" w:rsidRDefault="006B75C4" w:rsidP="00230555">
            <w:pPr>
              <w:jc w:val="center"/>
              <w:rPr>
                <w:sz w:val="22"/>
                <w:lang w:val="tr-TR"/>
              </w:rPr>
            </w:pPr>
            <w:bookmarkStart w:id="0" w:name="_GoBack"/>
            <w:bookmarkEnd w:id="0"/>
            <w:r w:rsidRPr="006B75C4">
              <w:rPr>
                <w:noProof/>
                <w:lang w:val="tr-TR" w:eastAsia="tr-TR"/>
              </w:rPr>
              <w:drawing>
                <wp:inline distT="0" distB="0" distL="0" distR="0" wp14:anchorId="463D45A5" wp14:editId="37A5B6FD">
                  <wp:extent cx="809625" cy="828675"/>
                  <wp:effectExtent l="0" t="0" r="9525" b="9525"/>
                  <wp:docPr id="3" name="Resim 3" descr="ege-uni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ge-un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0" w:type="dxa"/>
          </w:tcPr>
          <w:p w:rsidR="006B75C4" w:rsidRPr="006B75C4" w:rsidRDefault="006B75C4" w:rsidP="00230555">
            <w:pPr>
              <w:jc w:val="center"/>
              <w:rPr>
                <w:rFonts w:cs="Times New Roman"/>
                <w:b/>
                <w:sz w:val="22"/>
                <w:lang w:val="tr-TR"/>
              </w:rPr>
            </w:pPr>
          </w:p>
          <w:p w:rsidR="006B75C4" w:rsidRPr="006B75C4" w:rsidRDefault="006B75C4" w:rsidP="00230555">
            <w:pPr>
              <w:jc w:val="center"/>
              <w:rPr>
                <w:rFonts w:cs="Times New Roman"/>
                <w:b/>
                <w:sz w:val="22"/>
                <w:lang w:val="tr-TR"/>
              </w:rPr>
            </w:pPr>
            <w:r w:rsidRPr="006B75C4">
              <w:rPr>
                <w:rFonts w:cs="Times New Roman"/>
                <w:b/>
                <w:sz w:val="22"/>
                <w:lang w:val="tr-TR"/>
              </w:rPr>
              <w:t>EGE ÜNİVERSİTESİ</w:t>
            </w:r>
            <w:r w:rsidRPr="006B75C4">
              <w:rPr>
                <w:rFonts w:cs="Times New Roman"/>
                <w:b/>
                <w:sz w:val="22"/>
                <w:lang w:val="tr-TR"/>
              </w:rPr>
              <w:br/>
              <w:t>SAĞLIK BİLİMLERİ FAKÜLTESİ</w:t>
            </w:r>
            <w:r w:rsidRPr="006B75C4">
              <w:rPr>
                <w:rFonts w:cs="Times New Roman"/>
                <w:b/>
                <w:sz w:val="22"/>
                <w:lang w:val="tr-TR"/>
              </w:rPr>
              <w:br/>
              <w:t>KOPYA TUTANAĞI</w:t>
            </w:r>
          </w:p>
          <w:p w:rsidR="006B75C4" w:rsidRPr="006B75C4" w:rsidRDefault="006B75C4" w:rsidP="00230555">
            <w:pPr>
              <w:spacing w:after="40"/>
              <w:jc w:val="center"/>
              <w:rPr>
                <w:i/>
                <w:sz w:val="15"/>
                <w:lang w:val="tr-TR"/>
              </w:rPr>
            </w:pPr>
          </w:p>
          <w:p w:rsidR="006B75C4" w:rsidRPr="006B75C4" w:rsidRDefault="006B75C4" w:rsidP="00230555">
            <w:pPr>
              <w:jc w:val="center"/>
              <w:rPr>
                <w:b/>
                <w:sz w:val="22"/>
                <w:lang w:val="tr-TR"/>
              </w:rPr>
            </w:pPr>
          </w:p>
        </w:tc>
        <w:tc>
          <w:tcPr>
            <w:tcW w:w="1922" w:type="dxa"/>
          </w:tcPr>
          <w:p w:rsidR="006B75C4" w:rsidRPr="006B75C4" w:rsidRDefault="006B75C4" w:rsidP="00230555">
            <w:pPr>
              <w:jc w:val="center"/>
              <w:rPr>
                <w:sz w:val="22"/>
                <w:lang w:val="tr-TR"/>
              </w:rPr>
            </w:pPr>
            <w:r w:rsidRPr="006B75C4">
              <w:rPr>
                <w:noProof/>
                <w:lang w:val="tr-TR" w:eastAsia="tr-TR"/>
              </w:rPr>
              <w:drawing>
                <wp:inline distT="0" distB="0" distL="0" distR="0" wp14:anchorId="6B69DEE6" wp14:editId="57991956">
                  <wp:extent cx="838200" cy="800100"/>
                  <wp:effectExtent l="0" t="0" r="0" b="0"/>
                  <wp:docPr id="4" name="Resim 4" descr="saglik%20bilimleri%20fak-LOGO-%20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aglik%20bilimleri%20fak-LOGO-%20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75C4" w:rsidRPr="006B75C4" w:rsidRDefault="006B75C4">
      <w:pPr>
        <w:spacing w:after="20"/>
        <w:jc w:val="center"/>
        <w:rPr>
          <w:lang w:val="tr-TR"/>
        </w:rPr>
      </w:pPr>
    </w:p>
    <w:tbl>
      <w:tblPr>
        <w:tblW w:w="0" w:type="auto"/>
        <w:tblBorders>
          <w:top w:val="single" w:sz="4" w:space="0" w:color="E0B050"/>
          <w:left w:val="single" w:sz="4" w:space="0" w:color="E0B050"/>
          <w:bottom w:val="single" w:sz="4" w:space="0" w:color="E0B050"/>
          <w:right w:val="single" w:sz="4" w:space="0" w:color="E0B050"/>
          <w:insideH w:val="single" w:sz="4" w:space="0" w:color="E0B050"/>
          <w:insideV w:val="single" w:sz="4" w:space="0" w:color="E0B050"/>
        </w:tblBorders>
        <w:tblLook w:val="04A0" w:firstRow="1" w:lastRow="0" w:firstColumn="1" w:lastColumn="0" w:noHBand="0" w:noVBand="1"/>
      </w:tblPr>
      <w:tblGrid>
        <w:gridCol w:w="1430"/>
        <w:gridCol w:w="3325"/>
        <w:gridCol w:w="1494"/>
        <w:gridCol w:w="5033"/>
      </w:tblGrid>
      <w:tr w:rsidR="00F1404A" w:rsidRPr="006B75C4" w:rsidTr="00F051FD">
        <w:tc>
          <w:tcPr>
            <w:tcW w:w="11282" w:type="dxa"/>
            <w:gridSpan w:val="4"/>
            <w:shd w:val="clear" w:color="auto" w:fill="FFF7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sz w:val="16"/>
                <w:lang w:val="tr-TR"/>
              </w:rPr>
              <w:t>Bu tutanak, sınav sırasında kopya çekme veya kopya çekmeye teşebbüs edildiğinin tespit edilmesi halinde olayın kayıt altına alınması amacıyla düzenlenir. Tespit edilen hususlar objektif ve gözleme dayalı olarak yazılmalıdır.</w:t>
            </w:r>
          </w:p>
        </w:tc>
      </w:tr>
      <w:tr w:rsidR="00F1404A" w:rsidRPr="006B75C4" w:rsidTr="00F051FD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jc w:val="center"/>
        </w:trPr>
        <w:tc>
          <w:tcPr>
            <w:tcW w:w="11282" w:type="dxa"/>
            <w:gridSpan w:val="4"/>
            <w:shd w:val="clear" w:color="auto" w:fill="8DB3E2" w:themeFill="text2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jc w:val="center"/>
              <w:rPr>
                <w:lang w:val="tr-TR"/>
              </w:rPr>
            </w:pPr>
            <w:r w:rsidRPr="006B75C4">
              <w:rPr>
                <w:b/>
                <w:color w:val="000000" w:themeColor="text1"/>
                <w:sz w:val="17"/>
                <w:lang w:val="tr-TR"/>
              </w:rPr>
              <w:t>1. TUTANAK BİLGİLERİ</w:t>
            </w:r>
          </w:p>
        </w:tc>
      </w:tr>
      <w:tr w:rsidR="00F1404A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1430" w:type="dxa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Tutanak Tarihi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lang w:val="tr-TR"/>
              </w:rPr>
              <w:t>… / … / 20…</w:t>
            </w:r>
          </w:p>
        </w:tc>
        <w:tc>
          <w:tcPr>
            <w:tcW w:w="1494" w:type="dxa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Tutanak Saati</w:t>
            </w:r>
          </w:p>
        </w:tc>
        <w:tc>
          <w:tcPr>
            <w:tcW w:w="50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proofErr w:type="gramStart"/>
            <w:r w:rsidRPr="006B75C4">
              <w:rPr>
                <w:lang w:val="tr-TR"/>
              </w:rPr>
              <w:t>……</w:t>
            </w:r>
            <w:proofErr w:type="gramEnd"/>
            <w:r w:rsidRPr="006B75C4">
              <w:rPr>
                <w:lang w:val="tr-TR"/>
              </w:rPr>
              <w:t xml:space="preserve"> : </w:t>
            </w:r>
            <w:proofErr w:type="gramStart"/>
            <w:r w:rsidRPr="006B75C4">
              <w:rPr>
                <w:lang w:val="tr-TR"/>
              </w:rPr>
              <w:t>……</w:t>
            </w:r>
            <w:proofErr w:type="gramEnd"/>
          </w:p>
        </w:tc>
      </w:tr>
      <w:tr w:rsidR="00F1404A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1430" w:type="dxa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Olayın Fark Edildiği Saat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proofErr w:type="gramStart"/>
            <w:r w:rsidRPr="006B75C4">
              <w:rPr>
                <w:lang w:val="tr-TR"/>
              </w:rPr>
              <w:t>……</w:t>
            </w:r>
            <w:proofErr w:type="gramEnd"/>
            <w:r w:rsidRPr="006B75C4">
              <w:rPr>
                <w:lang w:val="tr-TR"/>
              </w:rPr>
              <w:t xml:space="preserve"> : </w:t>
            </w:r>
            <w:proofErr w:type="gramStart"/>
            <w:r w:rsidRPr="006B75C4">
              <w:rPr>
                <w:lang w:val="tr-TR"/>
              </w:rPr>
              <w:t>……</w:t>
            </w:r>
            <w:proofErr w:type="gramEnd"/>
          </w:p>
        </w:tc>
        <w:tc>
          <w:tcPr>
            <w:tcW w:w="1494" w:type="dxa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Derslik / Salon</w:t>
            </w:r>
          </w:p>
        </w:tc>
        <w:tc>
          <w:tcPr>
            <w:tcW w:w="50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F1404A" w:rsidP="00987B71">
            <w:pPr>
              <w:spacing w:after="0" w:line="360" w:lineRule="auto"/>
              <w:rPr>
                <w:lang w:val="tr-TR"/>
              </w:rPr>
            </w:pPr>
          </w:p>
        </w:tc>
      </w:tr>
      <w:tr w:rsidR="00F1404A" w:rsidRPr="006B75C4" w:rsidTr="00F051FD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jc w:val="center"/>
        </w:trPr>
        <w:tc>
          <w:tcPr>
            <w:tcW w:w="11282" w:type="dxa"/>
            <w:gridSpan w:val="4"/>
            <w:shd w:val="clear" w:color="auto" w:fill="8DB3E2" w:themeFill="text2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jc w:val="center"/>
              <w:rPr>
                <w:lang w:val="tr-TR"/>
              </w:rPr>
            </w:pPr>
            <w:r w:rsidRPr="006B75C4">
              <w:rPr>
                <w:b/>
                <w:color w:val="000000" w:themeColor="text1"/>
                <w:sz w:val="17"/>
                <w:lang w:val="tr-TR"/>
              </w:rPr>
              <w:t>2. DERS VE SINAV BİLGİLERİ</w:t>
            </w:r>
          </w:p>
        </w:tc>
      </w:tr>
      <w:tr w:rsidR="00F1404A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4755" w:type="dxa"/>
            <w:gridSpan w:val="2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Dersin Kodu</w:t>
            </w:r>
          </w:p>
        </w:tc>
        <w:tc>
          <w:tcPr>
            <w:tcW w:w="6527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F1404A" w:rsidP="00987B71">
            <w:pPr>
              <w:spacing w:after="0" w:line="360" w:lineRule="auto"/>
              <w:rPr>
                <w:lang w:val="tr-TR"/>
              </w:rPr>
            </w:pPr>
          </w:p>
        </w:tc>
      </w:tr>
      <w:tr w:rsidR="00F1404A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4755" w:type="dxa"/>
            <w:gridSpan w:val="2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Dersin Adı</w:t>
            </w:r>
          </w:p>
        </w:tc>
        <w:tc>
          <w:tcPr>
            <w:tcW w:w="6527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F1404A" w:rsidP="00987B71">
            <w:pPr>
              <w:spacing w:after="0" w:line="360" w:lineRule="auto"/>
              <w:rPr>
                <w:lang w:val="tr-TR"/>
              </w:rPr>
            </w:pPr>
          </w:p>
        </w:tc>
      </w:tr>
      <w:tr w:rsidR="00F1404A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4755" w:type="dxa"/>
            <w:gridSpan w:val="2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Sorumlu Öğretim Elemanı</w:t>
            </w:r>
          </w:p>
        </w:tc>
        <w:tc>
          <w:tcPr>
            <w:tcW w:w="6527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F1404A" w:rsidP="00987B71">
            <w:pPr>
              <w:spacing w:after="0" w:line="360" w:lineRule="auto"/>
              <w:rPr>
                <w:lang w:val="tr-TR"/>
              </w:rPr>
            </w:pPr>
          </w:p>
        </w:tc>
      </w:tr>
      <w:tr w:rsidR="00F1404A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4755" w:type="dxa"/>
            <w:gridSpan w:val="2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Sınav Türü</w:t>
            </w:r>
          </w:p>
        </w:tc>
        <w:tc>
          <w:tcPr>
            <w:tcW w:w="6527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lang w:val="tr-TR"/>
              </w:rPr>
              <w:t>☐ Ara Sınav   ☐ Final   ☐ Bütünleme   ☐ Tek Ders   ☐ Mazeret</w:t>
            </w:r>
          </w:p>
        </w:tc>
      </w:tr>
      <w:tr w:rsidR="00F1404A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4755" w:type="dxa"/>
            <w:gridSpan w:val="2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Sınav Saati / Yeri</w:t>
            </w:r>
          </w:p>
        </w:tc>
        <w:tc>
          <w:tcPr>
            <w:tcW w:w="6527" w:type="dxa"/>
            <w:gridSpan w:val="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lang w:val="tr-TR"/>
              </w:rPr>
              <w:t>________________________   /   __________________________</w:t>
            </w:r>
          </w:p>
        </w:tc>
      </w:tr>
      <w:tr w:rsidR="00F1404A" w:rsidRPr="006B75C4" w:rsidTr="00F051FD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jc w:val="center"/>
        </w:trPr>
        <w:tc>
          <w:tcPr>
            <w:tcW w:w="11282" w:type="dxa"/>
            <w:gridSpan w:val="4"/>
            <w:shd w:val="clear" w:color="auto" w:fill="8DB3E2" w:themeFill="text2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1404A" w:rsidRPr="006B75C4" w:rsidRDefault="006D3B88" w:rsidP="00987B71">
            <w:pPr>
              <w:spacing w:after="0" w:line="360" w:lineRule="auto"/>
              <w:jc w:val="center"/>
              <w:rPr>
                <w:lang w:val="tr-TR"/>
              </w:rPr>
            </w:pPr>
            <w:r w:rsidRPr="006B75C4">
              <w:rPr>
                <w:b/>
                <w:color w:val="000000" w:themeColor="text1"/>
                <w:sz w:val="17"/>
                <w:lang w:val="tr-TR"/>
              </w:rPr>
              <w:t>3. ÖĞRENCİ BİLGİLERİ</w:t>
            </w:r>
          </w:p>
        </w:tc>
      </w:tr>
      <w:tr w:rsidR="00F051FD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1430" w:type="dxa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051FD" w:rsidRPr="006B75C4" w:rsidRDefault="00F051FD" w:rsidP="00D5057C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sz w:val="13"/>
                <w:lang w:val="tr-TR"/>
              </w:rPr>
              <w:t>Adı Soyadı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051FD" w:rsidRPr="006B75C4" w:rsidRDefault="00F051FD" w:rsidP="00D5057C">
            <w:pPr>
              <w:spacing w:after="0" w:line="360" w:lineRule="auto"/>
              <w:rPr>
                <w:lang w:val="tr-TR"/>
              </w:rPr>
            </w:pPr>
          </w:p>
        </w:tc>
        <w:tc>
          <w:tcPr>
            <w:tcW w:w="1494" w:type="dxa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sz w:val="13"/>
                <w:lang w:val="tr-TR"/>
              </w:rPr>
              <w:t>Program / Bölüm</w:t>
            </w:r>
          </w:p>
        </w:tc>
        <w:tc>
          <w:tcPr>
            <w:tcW w:w="50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</w:p>
        </w:tc>
      </w:tr>
      <w:tr w:rsidR="00F051FD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1430" w:type="dxa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051FD" w:rsidRPr="006B75C4" w:rsidRDefault="00F051FD" w:rsidP="00230555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sz w:val="13"/>
                <w:lang w:val="tr-TR"/>
              </w:rPr>
              <w:t>Öğrenci Numarası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051FD" w:rsidRPr="006B75C4" w:rsidRDefault="00F051FD" w:rsidP="00230555">
            <w:pPr>
              <w:spacing w:after="0" w:line="360" w:lineRule="auto"/>
              <w:rPr>
                <w:lang w:val="tr-TR"/>
              </w:rPr>
            </w:pPr>
          </w:p>
        </w:tc>
        <w:tc>
          <w:tcPr>
            <w:tcW w:w="1494" w:type="dxa"/>
            <w:shd w:val="clear" w:color="auto" w:fill="EAF3F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b/>
                <w:sz w:val="13"/>
                <w:lang w:val="tr-TR"/>
              </w:rPr>
              <w:t>Sınıf</w:t>
            </w:r>
          </w:p>
        </w:tc>
        <w:tc>
          <w:tcPr>
            <w:tcW w:w="503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</w:p>
        </w:tc>
      </w:tr>
      <w:tr w:rsidR="00F051FD" w:rsidRPr="006B75C4" w:rsidTr="00B23BF1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jc w:val="center"/>
        </w:trPr>
        <w:tc>
          <w:tcPr>
            <w:tcW w:w="11282" w:type="dxa"/>
            <w:gridSpan w:val="4"/>
            <w:shd w:val="clear" w:color="auto" w:fill="8DB3E2" w:themeFill="text2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51FD" w:rsidRPr="006B75C4" w:rsidRDefault="00F051FD" w:rsidP="00B23BF1">
            <w:pPr>
              <w:spacing w:after="0" w:line="360" w:lineRule="auto"/>
              <w:jc w:val="center"/>
              <w:rPr>
                <w:lang w:val="tr-TR"/>
              </w:rPr>
            </w:pPr>
            <w:r w:rsidRPr="006B75C4">
              <w:rPr>
                <w:b/>
                <w:color w:val="000000" w:themeColor="text1"/>
                <w:sz w:val="17"/>
                <w:lang w:val="tr-TR"/>
              </w:rPr>
              <w:t>4. EYLEM TÜRÜ</w:t>
            </w:r>
          </w:p>
        </w:tc>
      </w:tr>
      <w:tr w:rsidR="00F051FD" w:rsidRPr="006B75C4" w:rsidTr="00B23BF1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4755" w:type="dxa"/>
            <w:gridSpan w:val="2"/>
            <w:vAlign w:val="center"/>
          </w:tcPr>
          <w:p w:rsidR="00F051FD" w:rsidRPr="006B75C4" w:rsidRDefault="00F051FD" w:rsidP="00F051FD">
            <w:pPr>
              <w:spacing w:after="0" w:line="480" w:lineRule="auto"/>
              <w:rPr>
                <w:b/>
                <w:lang w:val="tr-TR"/>
              </w:rPr>
            </w:pPr>
          </w:p>
          <w:p w:rsidR="00F051FD" w:rsidRPr="006B75C4" w:rsidRDefault="00F051FD" w:rsidP="00F051FD">
            <w:pPr>
              <w:spacing w:after="0" w:line="48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☐ KOPYA ÇEKME</w:t>
            </w:r>
          </w:p>
        </w:tc>
        <w:tc>
          <w:tcPr>
            <w:tcW w:w="6527" w:type="dxa"/>
            <w:gridSpan w:val="2"/>
            <w:vAlign w:val="center"/>
          </w:tcPr>
          <w:p w:rsidR="00F051FD" w:rsidRPr="006B75C4" w:rsidRDefault="00F051FD" w:rsidP="00F051FD">
            <w:pPr>
              <w:spacing w:after="0" w:line="480" w:lineRule="auto"/>
              <w:rPr>
                <w:b/>
                <w:lang w:val="tr-TR"/>
              </w:rPr>
            </w:pPr>
          </w:p>
          <w:p w:rsidR="00F051FD" w:rsidRPr="006B75C4" w:rsidRDefault="00F051FD" w:rsidP="00F051FD">
            <w:pPr>
              <w:spacing w:after="0" w:line="480" w:lineRule="auto"/>
              <w:rPr>
                <w:lang w:val="tr-TR"/>
              </w:rPr>
            </w:pPr>
            <w:r w:rsidRPr="006B75C4">
              <w:rPr>
                <w:b/>
                <w:lang w:val="tr-TR"/>
              </w:rPr>
              <w:t>☐ KOPYA ÇEKMEYE TEŞEBBÜS</w:t>
            </w:r>
          </w:p>
        </w:tc>
      </w:tr>
      <w:tr w:rsidR="00F051FD" w:rsidRPr="006B75C4" w:rsidTr="00F051FD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jc w:val="center"/>
        </w:trPr>
        <w:tc>
          <w:tcPr>
            <w:tcW w:w="11282" w:type="dxa"/>
            <w:gridSpan w:val="4"/>
            <w:shd w:val="clear" w:color="auto" w:fill="8DB3E2" w:themeFill="text2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jc w:val="center"/>
              <w:rPr>
                <w:lang w:val="tr-TR"/>
              </w:rPr>
            </w:pPr>
            <w:r w:rsidRPr="006B75C4">
              <w:rPr>
                <w:b/>
                <w:color w:val="000000" w:themeColor="text1"/>
                <w:sz w:val="17"/>
                <w:lang w:val="tr-TR"/>
              </w:rPr>
              <w:t>5. AÇIKLAMA / TESPİT</w:t>
            </w:r>
          </w:p>
        </w:tc>
      </w:tr>
      <w:tr w:rsidR="00F051FD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11282" w:type="dxa"/>
            <w:gridSpan w:val="4"/>
            <w:shd w:val="clear" w:color="auto" w:fill="F8FAF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rPr>
                <w:sz w:val="18"/>
                <w:lang w:val="tr-TR"/>
              </w:rPr>
            </w:pPr>
            <w:r w:rsidRPr="006B75C4">
              <w:rPr>
                <w:sz w:val="16"/>
                <w:lang w:val="tr-TR"/>
              </w:rPr>
              <w:t>Olayın nasıl fark edildiği, öğrencinin hangi eylemi gerçekleştirdiği/gerçekleştirmeye teşebbüs ettiği, tespit edilen materyal veya davranış, olayın saati ve varsa diğer önemli hususlar açık, kronolojik ve gözleme dayalı olarak yazılmalıdır.</w:t>
            </w:r>
          </w:p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</w:p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</w:p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</w:p>
          <w:p w:rsidR="006B75C4" w:rsidRPr="006B75C4" w:rsidRDefault="006B75C4" w:rsidP="00987B71">
            <w:pPr>
              <w:spacing w:after="0" w:line="360" w:lineRule="auto"/>
              <w:rPr>
                <w:lang w:val="tr-TR"/>
              </w:rPr>
            </w:pPr>
          </w:p>
          <w:p w:rsidR="006B75C4" w:rsidRPr="006B75C4" w:rsidRDefault="006B75C4" w:rsidP="00987B71">
            <w:pPr>
              <w:spacing w:after="0" w:line="360" w:lineRule="auto"/>
              <w:rPr>
                <w:lang w:val="tr-TR"/>
              </w:rPr>
            </w:pPr>
          </w:p>
          <w:p w:rsidR="006B75C4" w:rsidRPr="006B75C4" w:rsidRDefault="006B75C4" w:rsidP="00987B71">
            <w:pPr>
              <w:spacing w:after="0" w:line="360" w:lineRule="auto"/>
              <w:rPr>
                <w:lang w:val="tr-TR"/>
              </w:rPr>
            </w:pPr>
          </w:p>
          <w:p w:rsidR="006B75C4" w:rsidRPr="006B75C4" w:rsidRDefault="006B75C4" w:rsidP="00987B71">
            <w:pPr>
              <w:spacing w:after="0" w:line="360" w:lineRule="auto"/>
              <w:rPr>
                <w:lang w:val="tr-TR"/>
              </w:rPr>
            </w:pPr>
          </w:p>
          <w:p w:rsidR="006B75C4" w:rsidRPr="006B75C4" w:rsidRDefault="006B75C4" w:rsidP="00987B71">
            <w:pPr>
              <w:spacing w:after="0" w:line="360" w:lineRule="auto"/>
              <w:rPr>
                <w:lang w:val="tr-TR"/>
              </w:rPr>
            </w:pPr>
          </w:p>
          <w:p w:rsidR="006B75C4" w:rsidRPr="006B75C4" w:rsidRDefault="006B75C4" w:rsidP="00987B71">
            <w:pPr>
              <w:spacing w:after="0" w:line="360" w:lineRule="auto"/>
              <w:rPr>
                <w:lang w:val="tr-TR"/>
              </w:rPr>
            </w:pPr>
          </w:p>
          <w:p w:rsidR="006B75C4" w:rsidRPr="006B75C4" w:rsidRDefault="006B75C4" w:rsidP="00987B71">
            <w:pPr>
              <w:spacing w:after="0" w:line="360" w:lineRule="auto"/>
              <w:rPr>
                <w:lang w:val="tr-TR"/>
              </w:rPr>
            </w:pPr>
          </w:p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</w:p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</w:p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</w:p>
        </w:tc>
      </w:tr>
      <w:tr w:rsidR="00F051FD" w:rsidRPr="006B75C4" w:rsidTr="00F051FD">
        <w:tblPrEx>
          <w:jc w:val="center"/>
          <w:tblBorders>
            <w:top w:val="single" w:sz="4" w:space="0" w:color="1F6FAE"/>
            <w:left w:val="single" w:sz="4" w:space="0" w:color="1F6FAE"/>
            <w:bottom w:val="single" w:sz="4" w:space="0" w:color="1F6FAE"/>
            <w:right w:val="single" w:sz="4" w:space="0" w:color="1F6FAE"/>
            <w:insideH w:val="single" w:sz="4" w:space="0" w:color="1F6FAE"/>
            <w:insideV w:val="single" w:sz="4" w:space="0" w:color="1F6FAE"/>
          </w:tblBorders>
        </w:tblPrEx>
        <w:trPr>
          <w:jc w:val="center"/>
        </w:trPr>
        <w:tc>
          <w:tcPr>
            <w:tcW w:w="11282" w:type="dxa"/>
            <w:gridSpan w:val="4"/>
            <w:shd w:val="clear" w:color="auto" w:fill="8DB3E2" w:themeFill="text2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jc w:val="center"/>
              <w:rPr>
                <w:lang w:val="tr-TR"/>
              </w:rPr>
            </w:pPr>
            <w:r w:rsidRPr="006B75C4">
              <w:rPr>
                <w:b/>
                <w:color w:val="000000" w:themeColor="text1"/>
                <w:sz w:val="17"/>
                <w:lang w:val="tr-TR"/>
              </w:rPr>
              <w:t>6. TESPİT EDİLEN MATERYAL / EKLER</w:t>
            </w:r>
          </w:p>
        </w:tc>
      </w:tr>
      <w:tr w:rsidR="00F051FD" w:rsidRPr="006B75C4" w:rsidTr="00F051FD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4755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sz w:val="13"/>
                <w:lang w:val="tr-TR"/>
              </w:rPr>
              <w:t>☐ Kopya notu / yazılı materyal</w:t>
            </w:r>
          </w:p>
        </w:tc>
        <w:tc>
          <w:tcPr>
            <w:tcW w:w="6527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F051FD" w:rsidRPr="006B75C4" w:rsidRDefault="00F051FD" w:rsidP="00987B71">
            <w:pPr>
              <w:spacing w:after="0" w:line="360" w:lineRule="auto"/>
              <w:rPr>
                <w:lang w:val="tr-TR"/>
              </w:rPr>
            </w:pPr>
            <w:r w:rsidRPr="006B75C4">
              <w:rPr>
                <w:sz w:val="13"/>
                <w:lang w:val="tr-TR"/>
              </w:rPr>
              <w:t>☐ Elektronik cihaz / dijital materyal</w:t>
            </w:r>
          </w:p>
        </w:tc>
      </w:tr>
      <w:tr w:rsidR="00F051FD" w:rsidRPr="006B75C4" w:rsidTr="00C00E9C">
        <w:tblPrEx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c>
          <w:tcPr>
            <w:tcW w:w="11282" w:type="dxa"/>
            <w:gridSpan w:val="4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F051FD" w:rsidRPr="006B75C4" w:rsidRDefault="00F051FD" w:rsidP="00F051FD">
            <w:pPr>
              <w:spacing w:after="0" w:line="360" w:lineRule="auto"/>
              <w:rPr>
                <w:lang w:val="tr-TR"/>
              </w:rPr>
            </w:pPr>
            <w:r w:rsidRPr="006B75C4">
              <w:rPr>
                <w:rFonts w:ascii="MS Gothic" w:eastAsia="MS Gothic" w:hAnsi="MS Gothic" w:cs="MS Gothic"/>
                <w:sz w:val="13"/>
                <w:lang w:val="tr-TR"/>
              </w:rPr>
              <w:t>☐</w:t>
            </w:r>
            <w:r w:rsidRPr="006B75C4">
              <w:rPr>
                <w:sz w:val="13"/>
                <w:lang w:val="tr-TR"/>
              </w:rPr>
              <w:t xml:space="preserve"> Diğer materyal: </w:t>
            </w:r>
          </w:p>
        </w:tc>
      </w:tr>
    </w:tbl>
    <w:p w:rsidR="00F1404A" w:rsidRPr="006B75C4" w:rsidRDefault="006D3B88">
      <w:pPr>
        <w:spacing w:before="40" w:after="20"/>
        <w:rPr>
          <w:lang w:val="tr-TR"/>
        </w:rPr>
      </w:pPr>
      <w:r w:rsidRPr="006B75C4">
        <w:rPr>
          <w:sz w:val="13"/>
          <w:lang w:val="tr-TR"/>
        </w:rPr>
        <w:t>Yukarıda belirtilen hususlar doğrultusunda, sınav sırasında tespit edilen olay kayıt altına alınmış olup işbu tutanak tarafımızca düzenlenerek imza altına alınmıştır.</w:t>
      </w:r>
    </w:p>
    <w:tbl>
      <w:tblPr>
        <w:tblW w:w="11370" w:type="dxa"/>
        <w:jc w:val="center"/>
        <w:tblInd w:w="-60" w:type="dxa"/>
        <w:tblBorders>
          <w:top w:val="single" w:sz="4" w:space="0" w:color="1F6FAE"/>
          <w:left w:val="single" w:sz="4" w:space="0" w:color="1F6FAE"/>
          <w:bottom w:val="single" w:sz="4" w:space="0" w:color="1F6FAE"/>
          <w:right w:val="single" w:sz="4" w:space="0" w:color="1F6FAE"/>
          <w:insideH w:val="single" w:sz="4" w:space="0" w:color="1F6FAE"/>
          <w:insideV w:val="single" w:sz="4" w:space="0" w:color="1F6FAE"/>
        </w:tblBorders>
        <w:tblLook w:val="04A0" w:firstRow="1" w:lastRow="0" w:firstColumn="1" w:lastColumn="0" w:noHBand="0" w:noVBand="1"/>
      </w:tblPr>
      <w:tblGrid>
        <w:gridCol w:w="60"/>
        <w:gridCol w:w="5102"/>
        <w:gridCol w:w="6192"/>
        <w:gridCol w:w="16"/>
      </w:tblGrid>
      <w:tr w:rsidR="00F051FD" w:rsidRPr="006B75C4" w:rsidTr="000F29AA">
        <w:trPr>
          <w:gridAfter w:val="1"/>
          <w:wAfter w:w="16" w:type="dxa"/>
          <w:jc w:val="center"/>
        </w:trPr>
        <w:tc>
          <w:tcPr>
            <w:tcW w:w="11354" w:type="dxa"/>
            <w:gridSpan w:val="3"/>
            <w:shd w:val="clear" w:color="auto" w:fill="8DB3E2" w:themeFill="text2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F1404A" w:rsidRPr="006B75C4" w:rsidRDefault="00F051FD">
            <w:pPr>
              <w:spacing w:after="0"/>
              <w:jc w:val="center"/>
              <w:rPr>
                <w:color w:val="000000" w:themeColor="text1"/>
                <w:lang w:val="tr-TR"/>
              </w:rPr>
            </w:pPr>
            <w:r w:rsidRPr="006B75C4">
              <w:rPr>
                <w:b/>
                <w:color w:val="000000" w:themeColor="text1"/>
                <w:sz w:val="17"/>
                <w:lang w:val="tr-TR"/>
              </w:rPr>
              <w:t>7</w:t>
            </w:r>
            <w:r w:rsidR="006B75C4" w:rsidRPr="006B75C4">
              <w:rPr>
                <w:b/>
                <w:color w:val="000000" w:themeColor="text1"/>
                <w:sz w:val="17"/>
                <w:lang w:val="tr-TR"/>
              </w:rPr>
              <w:t>. SORUMLU ÖĞRETİM ELEMANI / GÖ</w:t>
            </w:r>
            <w:r w:rsidR="006D3B88" w:rsidRPr="006B75C4">
              <w:rPr>
                <w:b/>
                <w:color w:val="000000" w:themeColor="text1"/>
                <w:sz w:val="17"/>
                <w:lang w:val="tr-TR"/>
              </w:rPr>
              <w:t>ZETMEN</w:t>
            </w:r>
          </w:p>
        </w:tc>
      </w:tr>
      <w:tr w:rsidR="00F1404A" w:rsidRPr="006B75C4" w:rsidTr="000F29AA">
        <w:tblPrEx>
          <w:jc w:val="left"/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60" w:type="dxa"/>
        </w:trPr>
        <w:tc>
          <w:tcPr>
            <w:tcW w:w="5102" w:type="dxa"/>
            <w:vAlign w:val="center"/>
          </w:tcPr>
          <w:p w:rsidR="00F1404A" w:rsidRPr="006B75C4" w:rsidRDefault="006D3B88">
            <w:pPr>
              <w:spacing w:after="0"/>
              <w:jc w:val="center"/>
              <w:rPr>
                <w:lang w:val="tr-TR"/>
              </w:rPr>
            </w:pPr>
            <w:r w:rsidRPr="006B75C4">
              <w:rPr>
                <w:b/>
                <w:lang w:val="tr-TR"/>
              </w:rPr>
              <w:t>SORUMLU ÖĞRETİM ELEMANI</w:t>
            </w:r>
          </w:p>
        </w:tc>
        <w:tc>
          <w:tcPr>
            <w:tcW w:w="6208" w:type="dxa"/>
            <w:gridSpan w:val="2"/>
            <w:vAlign w:val="center"/>
          </w:tcPr>
          <w:p w:rsidR="00F1404A" w:rsidRPr="006B75C4" w:rsidRDefault="006D3B88">
            <w:pPr>
              <w:spacing w:after="0"/>
              <w:jc w:val="center"/>
              <w:rPr>
                <w:lang w:val="tr-TR"/>
              </w:rPr>
            </w:pPr>
            <w:r w:rsidRPr="006B75C4">
              <w:rPr>
                <w:b/>
                <w:lang w:val="tr-TR"/>
              </w:rPr>
              <w:t>GÖZETMEN / GÖZETMENLER</w:t>
            </w:r>
          </w:p>
        </w:tc>
      </w:tr>
      <w:tr w:rsidR="00F1404A" w:rsidRPr="006B75C4" w:rsidTr="000F29AA">
        <w:tblPrEx>
          <w:jc w:val="left"/>
          <w:tblBorders>
            <w:top w:val="single" w:sz="5" w:space="0" w:color="8EAADB"/>
            <w:left w:val="single" w:sz="5" w:space="0" w:color="8EAADB"/>
            <w:bottom w:val="single" w:sz="5" w:space="0" w:color="8EAADB"/>
            <w:right w:val="single" w:sz="5" w:space="0" w:color="8EAADB"/>
            <w:insideH w:val="single" w:sz="5" w:space="0" w:color="8EAADB"/>
            <w:insideV w:val="single" w:sz="5" w:space="0" w:color="8EAADB"/>
          </w:tblBorders>
        </w:tblPrEx>
        <w:trPr>
          <w:gridBefore w:val="1"/>
          <w:wBefore w:w="60" w:type="dxa"/>
        </w:trPr>
        <w:tc>
          <w:tcPr>
            <w:tcW w:w="5102" w:type="dxa"/>
            <w:vAlign w:val="center"/>
          </w:tcPr>
          <w:p w:rsidR="00F1404A" w:rsidRPr="006B75C4" w:rsidRDefault="006D3B88" w:rsidP="006B75C4">
            <w:pPr>
              <w:spacing w:after="0"/>
              <w:rPr>
                <w:lang w:val="tr-TR"/>
              </w:rPr>
            </w:pPr>
            <w:r w:rsidRPr="006B75C4">
              <w:rPr>
                <w:sz w:val="13"/>
                <w:lang w:val="tr-TR"/>
              </w:rPr>
              <w:t xml:space="preserve">Adı Soyadı: </w:t>
            </w:r>
            <w:r w:rsidR="006B75C4" w:rsidRPr="006B75C4">
              <w:rPr>
                <w:sz w:val="13"/>
                <w:lang w:val="tr-TR"/>
              </w:rPr>
              <w:br/>
            </w:r>
            <w:r w:rsidR="006B75C4" w:rsidRPr="006B75C4">
              <w:rPr>
                <w:sz w:val="13"/>
                <w:lang w:val="tr-TR"/>
              </w:rPr>
              <w:br/>
              <w:t xml:space="preserve">İmza: </w:t>
            </w:r>
          </w:p>
        </w:tc>
        <w:tc>
          <w:tcPr>
            <w:tcW w:w="6208" w:type="dxa"/>
            <w:gridSpan w:val="2"/>
            <w:vAlign w:val="center"/>
          </w:tcPr>
          <w:p w:rsidR="00F1404A" w:rsidRPr="006B75C4" w:rsidRDefault="006D3B88" w:rsidP="006B75C4">
            <w:pPr>
              <w:spacing w:after="0"/>
              <w:rPr>
                <w:lang w:val="tr-TR"/>
              </w:rPr>
            </w:pPr>
            <w:r w:rsidRPr="006B75C4">
              <w:rPr>
                <w:sz w:val="13"/>
                <w:lang w:val="tr-TR"/>
              </w:rPr>
              <w:t xml:space="preserve">Adı Soyadı: </w:t>
            </w:r>
            <w:r w:rsidRPr="006B75C4">
              <w:rPr>
                <w:sz w:val="13"/>
                <w:lang w:val="tr-TR"/>
              </w:rPr>
              <w:br/>
            </w:r>
            <w:r w:rsidRPr="006B75C4">
              <w:rPr>
                <w:sz w:val="13"/>
                <w:lang w:val="tr-TR"/>
              </w:rPr>
              <w:br/>
              <w:t xml:space="preserve">İmza: </w:t>
            </w:r>
          </w:p>
        </w:tc>
      </w:tr>
    </w:tbl>
    <w:p w:rsidR="00F1404A" w:rsidRPr="006B75C4" w:rsidRDefault="006D3B88">
      <w:pPr>
        <w:spacing w:before="40"/>
        <w:jc w:val="center"/>
        <w:rPr>
          <w:lang w:val="tr-TR"/>
        </w:rPr>
      </w:pPr>
      <w:r w:rsidRPr="006B75C4">
        <w:rPr>
          <w:i/>
          <w:sz w:val="12"/>
          <w:lang w:val="tr-TR"/>
        </w:rPr>
        <w:t>Not: Kopya kapsamında değerlendirilen materyaller ve ilgili sınav evrakı tutanağa eklenmeli ve ilgili mevzuat doğrultusunda muhafaza edilmelidir.</w:t>
      </w:r>
    </w:p>
    <w:sectPr w:rsidR="00F1404A" w:rsidRPr="006B75C4" w:rsidSect="00034616">
      <w:footerReference w:type="default" r:id="rId11"/>
      <w:pgSz w:w="12240" w:h="15840"/>
      <w:pgMar w:top="369" w:right="539" w:bottom="369" w:left="53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2F8" w:rsidRDefault="00B252F8">
      <w:pPr>
        <w:spacing w:after="0" w:line="240" w:lineRule="auto"/>
      </w:pPr>
      <w:r>
        <w:separator/>
      </w:r>
    </w:p>
  </w:endnote>
  <w:endnote w:type="continuationSeparator" w:id="0">
    <w:p w:rsidR="00B252F8" w:rsidRDefault="00B25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04A" w:rsidRDefault="006D3B88">
    <w:pPr>
      <w:pStyle w:val="Altbilgi"/>
      <w:jc w:val="center"/>
    </w:pPr>
    <w:r>
      <w:rPr>
        <w:sz w:val="12"/>
      </w:rPr>
      <w:t xml:space="preserve">Ege Üniversitesi Sağlık Bilimleri </w:t>
    </w:r>
    <w:r w:rsidRPr="000F29AA">
      <w:rPr>
        <w:sz w:val="12"/>
        <w:lang w:val="tr-TR"/>
      </w:rPr>
      <w:t>Fakültesi | Kopya Tutanağı</w:t>
    </w:r>
    <w:r w:rsidR="000F29AA" w:rsidRPr="000F29AA">
      <w:rPr>
        <w:sz w:val="12"/>
        <w:lang w:val="tr-TR"/>
      </w:rPr>
      <w:t xml:space="preserve"> </w:t>
    </w:r>
    <w:r w:rsidR="000F29AA" w:rsidRPr="000F29AA">
      <w:rPr>
        <w:sz w:val="12"/>
        <w:lang w:val="tr-TR"/>
      </w:rPr>
      <w:t xml:space="preserve">| </w:t>
    </w:r>
    <w:r w:rsidR="000F29AA" w:rsidRPr="000F29AA">
      <w:rPr>
        <w:sz w:val="12"/>
        <w:lang w:val="tr-TR"/>
      </w:rPr>
      <w:t>Oluşturulma Tarihi: 01.10.2026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2F8" w:rsidRDefault="00B252F8">
      <w:pPr>
        <w:spacing w:after="0" w:line="240" w:lineRule="auto"/>
      </w:pPr>
      <w:r>
        <w:separator/>
      </w:r>
    </w:p>
  </w:footnote>
  <w:footnote w:type="continuationSeparator" w:id="0">
    <w:p w:rsidR="00B252F8" w:rsidRDefault="00B25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29AA"/>
    <w:rsid w:val="0015074B"/>
    <w:rsid w:val="0029639D"/>
    <w:rsid w:val="00326F90"/>
    <w:rsid w:val="006B75C4"/>
    <w:rsid w:val="006D3B88"/>
    <w:rsid w:val="00987B71"/>
    <w:rsid w:val="00AA1D8D"/>
    <w:rsid w:val="00B252F8"/>
    <w:rsid w:val="00B47730"/>
    <w:rsid w:val="00CB0664"/>
    <w:rsid w:val="00F051FD"/>
    <w:rsid w:val="00F140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87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7B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87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7B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B25AA5-5EDE-4C0F-B697-B7C1F629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Progressive</Company>
  <LinksUpToDate>false</LinksUpToDate>
  <CharactersWithSpaces>1627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EGE</cp:lastModifiedBy>
  <cp:revision>5</cp:revision>
  <dcterms:created xsi:type="dcterms:W3CDTF">2026-09-24T07:57:00Z</dcterms:created>
  <dcterms:modified xsi:type="dcterms:W3CDTF">2026-10-01T09:50:00Z</dcterms:modified>
</cp:coreProperties>
</file>